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עולם הלשון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אותיות, ניקוד וכתב יד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ולכתוב את חמש האותיות הסופיות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להבחין בין אותיות עם דגש לבלי דגש (בּ/ב, כּ/כ, פּ/פ)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לחלק מילים להברות ולהשלים תנועות חסרות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אותיות סופיות - בחירה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שלום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5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דגש -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בּ עם דגש נשמעת כמו b, בלי דגש נשמעת כמו v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הדגש בפ הופך אותה לצליל p במקום f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בלי דגש כ נהגית כמו ch (חיכי)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דגש זו נקודה בתוך האות, לא מעליה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משלימים אותיות סופיות ומילים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ך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מתאימים: אות רגילה לאות סופית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(ך)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(ף)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(ץ)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אלפביתי - מסדרים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הברות ופתיחה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שול-חן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יל-די-ם (יל-דים)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כל תשובה הגיונית, למשל: שולחן / ילד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בדקו שהתלמיד מזהה לפחות 2 אותיות סופיות נכונות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מסביר שהדגש משנה את הצליל (p לעומת f)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בדקו שהחלוקה להברות הגיונית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להתחיל בכרטיס ניווט ולתת לתלמידים לסמן את התחנות שכבר ביצעו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לתרגול הדגש כדאי להשתמש גם בקול - לבטא את ההבדל בין ב/בּ, כ/כּ, פ/פּ בעל פה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בגרסה לחינוך מיוחד מומלץ להתמקד באותיות הסופיות ובהתאמה הפשוטה בלבד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עולם הלשון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אותיות, ניקוד וכתב יד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נתרגל אותיות עברית: איך כותבים אותיות בסוף מילה, איך קוראים ניקוד, ואיך מחלקים מילה להברות.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אות סופית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אות שכותבים אותה אחרת כשהיא בסוף מילה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נִקוד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סימנים קטנים מתחת או מעל האות שעוזרים לקרוא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דָגֵש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נקודה בתוך אות שמשנה את הצליל שלה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הֲבָרָה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חלק קטן של מילה שנהגה ביחד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סֵדֶר אַלְפַבֵּיתִי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הסדר הקבוע של האותיות מא׳ עד ת׳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תְנוּעָה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הצליל שהניקוד נותן לאות, כמו a, e, i, o, u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אותיות סופיות - בחירה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איך כותבים מ בסוף מילה?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איך כותבים נ בסוף מילה?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איך כותבים כ בסוף מילה?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באיזו מילה יש אות שכותבים אותה אחרת כי היא בסוף?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שלום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ילד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גן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כמה אותיות כאלה יש בסך הכל?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6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דגש -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האות בּ עם דגש נהגית כמו ב רגילה (ב׳)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האות פּ עם דגש נהגית כמו p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האות כּ בלי דגש נהגית כמו k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דגש זה סימן שכותבים מעל האות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משלימים אותיות סופיות ומילים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שולח__________ (שולחן)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עיפרו__________ (עיפרון)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כיסא - בסוף המילה חלו__________ (חלון)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יל__________ (ילד) - משלימים 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מל__________ (מלך) - משלימים ך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מתאימים: אות רגילה לאות סופית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כ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ף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נ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ץ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פ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ך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צ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אלפביתי - מסדרים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הברות ופתיחה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חלקו את המילה שולחן לשתי הברות וכתבו אותן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חלקו את המילה ילדים לשלוש הברות וכתבו אותן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כתבו מילה אחת עם אות סופית ומילה אחת בלי אות סופית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שתי אותיות סופיות שאתם זוכרים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ההבדל בין פ עם דגש לפ בלי דגש?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מילה אחת מחולקת להברות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אותיות, ניקוד וכתב יד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