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אותיות, ניקוד וכתב יד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ולכתוב את חמש האותיות הסופיות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אותיות עם דגש לבלי דגש (בּ/ב, כּ/כ, פּ/פ)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לחלק מילים להברות ולהשלים תנועות חסרות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אותיות סופיות -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5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דגש -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בּ עם דגש נשמעת כמו b, בלי דגש נשמעת כמו v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הדגש בפ הופך אותה לצליל p במקום f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בלי דגש כ נהגית כמו ch (חיכי)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דגש זו נקודה בתוך האות, לא מעליה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משלימים אותיות סופיות ומילים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מתאימים: אות רגילה לאות סופית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(ץ)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אלפביתי - מסדרים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הברות ופתיחה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שול-חן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יל-די-ם (יל-דים)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כל תשובה הגיונית, למשל: שולחן / ילד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בדקו שהתלמיד מזהה לפחות 2 אותיות סופיות נכונות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מסביר שהדגש משנה את הצליל (p לעומת f)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בדקו שהחלוקה להברות הגיונית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בכרטיס ניווט ולתת לתלמידים לסמן את התחנות שכבר ביצעו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לתרגול הדגש כדאי להשתמש גם בקול - לבטא את ההבדל בין ב/בּ, כ/כּ, פ/פּ בעל 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לחינוך מיוחד מומלץ להתמקד באותיות הסופיות ובהתאמה הפשוטה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אותיות, ניקוד וכתב יד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אותיות, ניקוד וכתב יד - בדיוק כמו בתחנות של חוברת ההתקדמות: אותיות סופיות, דגש, הברות וסדר אלפביתי.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אותיות סופיות -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אות היא הצורה הסופית של האות מ?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אות היא הצורה הסופית של האות נ?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אות היא הצורה הסופית של האות כ?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באיזו מילה יש אות סופית?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אותיות סופיות יש בעברית?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6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דגש -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האות בּ עם דגש נהגית כמו ב רגילה (ב׳)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האות פּ עם דגש נהגית כמו p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האות כּ בלי דגש נהגית כמו k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דגש זה סימן שכותבים מעל האות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משלימים אותיות סופיות ומילים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שולח__________ (שולחן)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עיפרו__________ (עיפרון)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כיסא - בסוף המילה חלו__________ (חלון)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יל__________ (ילד) - משלימים 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מל__________ (מלך) - משלימים ך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מתאימים: אות רגילה לאות סופית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צ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אלפביתי - מסדרים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הברות ופתיחה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חלקו את המילה שולחן לשתי הברות וכתבו אותן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חלקו את המילה ילדים לשלוש הברות וכתבו אותן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מילה אחת עם אות סופית ומילה אחת בלי אות סופית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שתי אותיות סופיות שאתם זוכרים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פ עם דגש לפ בלי דגש?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מחולקת להברות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אותיות, ניקוד וכתב יד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